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CloudPlay – User Agreement (RU / EN / UZ Latin)</w:t>
      </w:r>
    </w:p>
    <w:p>
      <w:pPr>
        <w:pStyle w:val="Heading2"/>
      </w:pPr>
      <w:r>
        <w:t>РУССКИЙ ЯЗЫК</w:t>
      </w:r>
    </w:p>
    <w:p>
      <w:r>
        <w:t>ПОЛЬЗОВАТЕЛЬСКОЕ СОГЛАШЕНИЕ CLOUDPLAY</w:t>
        <w:br/>
        <w:br/>
        <w:t>Дата вступления в силу: ____________</w:t>
        <w:br/>
        <w:br/>
        <w:t>Настоящее Пользовательское соглашение регулирует отношения между Администрацией сервиса CloudPlay и Пользователем.</w:t>
        <w:br/>
        <w:br/>
        <w:t>Регистрируясь в CloudPlay, Пользователь подтверждает, что ознакомился, понял и принимает условия настоящего Соглашения в полном объёме.</w:t>
        <w:br/>
        <w:br/>
        <w:t>1. Общие положения</w:t>
        <w:br/>
        <w:t>CloudPlay предоставляет доступ к облачному игровому сервису, позволяющему запускать игры на удалённых серверах.</w:t>
        <w:br/>
        <w:t>CloudPlay не является разработчиком или правообладателем игр.</w:t>
        <w:br/>
        <w:br/>
        <w:t>2. Регистрация и аккаунт</w:t>
        <w:br/>
        <w:t>Пользователь обязан предоставлять достоверные данные и не передавать аккаунт третьим лицам.</w:t>
        <w:br/>
        <w:t>Все действия, выполненные через аккаунт, считаются действиями Пользователя.</w:t>
        <w:br/>
        <w:br/>
        <w:t>3. Использование игр</w:t>
        <w:br/>
        <w:t>Пользователь использует собственные игровые аккаунты (Steam, Epic Games и др.) и несёт ответственность за соблюдение их правил.</w:t>
        <w:br/>
        <w:br/>
        <w:t>4. Тарифы и оплата</w:t>
        <w:br/>
        <w:t>Сервис может предоставлять платные и бесплатные тарифы. Условия тарифов публикуются на сайте.</w:t>
        <w:br/>
        <w:br/>
        <w:t>5. Ограничения</w:t>
        <w:br/>
        <w:t>Запрещается использование читов, ботов, взломов и нарушение правил игровых платформ.</w:t>
        <w:br/>
        <w:br/>
        <w:t>6. Блокировка</w:t>
        <w:br/>
        <w:t>Администрация вправе ограничить или заблокировать доступ при нарушении правил.</w:t>
        <w:br/>
        <w:br/>
        <w:t>7. Ответственность</w:t>
        <w:br/>
        <w:t>Сервис предоставляется «AS IS». CloudPlay не несёт ответственности за лаги, разрывы соединения, блокировки аккаунтов, потерю сохранений.</w:t>
        <w:br/>
        <w:br/>
        <w:t>8. Персональные данные</w:t>
        <w:br/>
        <w:t>Пользователь даёт согласие на обработку персональных данных.</w:t>
        <w:br/>
        <w:br/>
        <w:t>9. Интеллектуальная собственность</w:t>
        <w:br/>
        <w:t>Все элементы сервиса принадлежат CloudPlay.</w:t>
        <w:br/>
        <w:br/>
        <w:t>10. Заключительные положения</w:t>
        <w:br/>
        <w:t>Соглашение регулируется законодательством Республики Узбекистан.</w:t>
        <w:br/>
      </w:r>
    </w:p>
    <w:p>
      <w:pPr>
        <w:pStyle w:val="Heading2"/>
      </w:pPr>
      <w:r>
        <w:t>ENGLISH</w:t>
      </w:r>
    </w:p>
    <w:p>
      <w:r>
        <w:t>CLOUDPLAY USER AGREEMENT</w:t>
        <w:br/>
        <w:br/>
        <w:t>Effective date: ____________</w:t>
        <w:br/>
        <w:br/>
        <w:t>This User Agreement governs the relationship between CloudPlay Administration and the User.</w:t>
        <w:br/>
        <w:br/>
        <w:t>By registering on CloudPlay, the User confirms acceptance of this Agreement.</w:t>
        <w:br/>
        <w:br/>
        <w:t>1. General</w:t>
        <w:br/>
        <w:t>CloudPlay provides a cloud gaming service allowing games to run on remote servers.</w:t>
        <w:br/>
        <w:t>CloudPlay is not a game publisher or copyright holder.</w:t>
        <w:br/>
        <w:br/>
        <w:t>2. Account</w:t>
        <w:br/>
        <w:t>The User is responsible for account security and accuracy of information.</w:t>
        <w:br/>
        <w:br/>
        <w:t>3. Games</w:t>
        <w:br/>
        <w:t>The User uses personal game accounts and follows publisher rules.</w:t>
        <w:br/>
        <w:br/>
        <w:t>4. Payments</w:t>
        <w:br/>
        <w:t>CloudPlay may offer free or paid plans. Terms are published on the website.</w:t>
        <w:br/>
        <w:br/>
        <w:t>5. Restrictions</w:t>
        <w:br/>
        <w:t>Cheats, bots, hacking, and rule violations are prohibited.</w:t>
        <w:br/>
        <w:br/>
        <w:t>6. Suspension</w:t>
        <w:br/>
        <w:t>CloudPlay may suspend or terminate access in case of violations.</w:t>
        <w:br/>
        <w:br/>
        <w:t>7. Liability</w:t>
        <w:br/>
        <w:t>The service is provided “AS IS”. CloudPlay is not liable for lags, disconnections, bans, or data loss.</w:t>
        <w:br/>
        <w:br/>
        <w:t>8. Personal Data</w:t>
        <w:br/>
        <w:t>The User consents to personal data processing.</w:t>
        <w:br/>
        <w:br/>
        <w:t>9. Intellectual Property</w:t>
        <w:br/>
        <w:t>All service elements belong to CloudPlay.</w:t>
        <w:br/>
        <w:br/>
        <w:t>10. Final provisions</w:t>
        <w:br/>
        <w:t>This Agreement is governed by the laws of the Republic of Uzbekistan.</w:t>
        <w:br/>
      </w:r>
    </w:p>
    <w:p>
      <w:pPr>
        <w:pStyle w:val="Heading2"/>
      </w:pPr>
      <w:r>
        <w:t>UZBEK (LATIN)</w:t>
      </w:r>
    </w:p>
    <w:p>
      <w:r>
        <w:t>CLOUDPLAY FOYDALANUVCHI KELISHUVI</w:t>
        <w:br/>
        <w:br/>
        <w:t>Kuchga kirish sanasi: ____________</w:t>
        <w:br/>
        <w:br/>
        <w:t>Ushbu Kelishuv CloudPlay xizmati va Foydalanuvchi o‘rtasidagi munosabatlarni tartibga soladi.</w:t>
        <w:br/>
        <w:br/>
        <w:t>CloudPlay’da ro‘yxatdan o‘tish orqali Foydalanuvchi ushbu Kelishuvga to‘liq rozilik bildiradi.</w:t>
        <w:br/>
        <w:br/>
        <w:t>1. Umumiy qoidalar</w:t>
        <w:br/>
        <w:t>CloudPlay masofaviy serverlarda o‘yinlarni ishga tushirish xizmatini taqdim etadi.</w:t>
        <w:br/>
        <w:t>CloudPlay o‘yinlarning mualliflik huquqi egasi emas.</w:t>
        <w:br/>
        <w:br/>
        <w:t>2. Akkaunt</w:t>
        <w:br/>
        <w:t>Foydalanuvchi akkaunt xavfsizligi uchun javobgar.</w:t>
        <w:br/>
        <w:br/>
        <w:t>3. O‘yinlar</w:t>
        <w:br/>
        <w:t>Foydalanuvchi shaxsiy o‘yin akkauntlaridan foydalanadi.</w:t>
        <w:br/>
        <w:br/>
        <w:t>4. Tariflar</w:t>
        <w:br/>
        <w:t>Xizmat bepul va pullik tariflarni taqdim etishi mumkin.</w:t>
        <w:br/>
        <w:br/>
        <w:t>5. Cheklovlar</w:t>
        <w:br/>
        <w:t>Cheat, bot va noqonuniy usullar taqiqlanadi.</w:t>
        <w:br/>
        <w:br/>
        <w:t>6. Bloklash</w:t>
        <w:br/>
        <w:t>Qoidalar buzilganda akkaunt bloklanishi mumkin.</w:t>
        <w:br/>
        <w:br/>
        <w:t>7. Javobgarlik</w:t>
        <w:br/>
        <w:t>Xizmat “mavjud holatda” taqdim etiladi. CloudPlay laglar, uzilishlar, bloklar va ma’lumotlar yo‘qolishi uchun javobgar emas.</w:t>
        <w:br/>
        <w:br/>
        <w:t>8. Shaxsiy ma’lumotlar</w:t>
        <w:br/>
        <w:t>Foydalanuvchi shaxsiy ma’lumotlar qayta ishlanishiga rozilik beradi.</w:t>
        <w:br/>
        <w:br/>
        <w:t>9. Intellektual mulk</w:t>
        <w:br/>
        <w:t>CloudPlay dizayni va dasturiy ta’minoti himoyalangan.</w:t>
        <w:br/>
        <w:br/>
        <w:t>10. Yakuniy qoidalar</w:t>
        <w:br/>
        <w:t>Kelishuv O‘zbekiston Respublikasi qonunlariga muvofiq tartibga solinadi.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